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שיטת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ליישם שישה צעדי בדיקה לפני שמאמינים או משתפים 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 דיפ-פייק ותמונות מזויפות ולדעת מה לעשות בעת חשד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לנהל דיון בכיתה בצורה מכבדת תוך הבחנה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איך בוחרים בישראל – מכירים את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איך בוחרים בישראל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אזרח ישראלי מגיל 18 ומעלה רשאי להצביע.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גוף בוחר מתווך – האזרח מצביע ישירות לרשימה המועמדים.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איך בוחרים בישראל – התאמת 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 אזרח בגיל המתאים רשאי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המדינה היא אזור בחירה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(מצביעים ישירות לרשימה, בלי מתווכים)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(לכל קול יש את אותו המשקל)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איך בוחרים בישראל – חיזוק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שישה צעדים לזיהוי פייק ניוז – היכרות עם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פרסם את הידיעה - יש שם ואתר רשמי?)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(מתי זה קרה - אולי זו ידיעה ישנה שמשותפת מחדש?)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(האם הכתבה עצמה אומרת את מה שהכותרת מבטיחה?)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(האם התמונה באמת מהאירוע המתואר?)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שישה צעדים לזיהוי פייק ניוז – יישום על 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כלל הזהב: רגש חזק הוא דגל אדום שצריך לעצור ולבדוק.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מקור מזוהה אי אפשר לדעת אם זה 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שישה צעדים לזיהוי פייק ניוז – ניתוח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מקור - האם האתר אמין ויש כתב בשם; הצלבה - האם אתרי חדשות נוספים מדווחים אותו דבר.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דיפ-פייק ותמונות מזויפות – הכרת המושג והסימנים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סרטון או תמונה שנוצרו או שונו בעזרת בינה מלאכותית כך שנראה שמישהו אמר או עשה משהו שלא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תנועות הפה לא מתאימות למילים, קול שטוח ורובוטי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דיפ-פייק ותמונות מזויפות – זיהוי סימנים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נכתב שדיפ-פייק הוא סרטון, תמונה או הקלטת קול שנוצרו בעזרת בינה מלאכותית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אור וצל לא תואמים הם אחד הסימנים שמוזכרים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דיפ-פייק ותמונות מזויפות – הבנה ויישום מעמיק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דיפ-פייק ותמונות מזויפות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לא לשתף, לחפש את המקור המקורי בדיווחים מוכרים, לבצע חיפוש תמונה הפוך, לדווח ולספר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איך בונים פייק (כדי לדעת לחשוף אותו) – היכרות עם התרגיל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להבין איך בונים פייק כדי לדעת לזהות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נושאים תמימים מבית הספר כמו טיול או קפיטריה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איך בונים פייק (כדי לדעת לחשוף אותו) – זיהוי טכניקות הטעיה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('התלמידים בסכנה חמורה!')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('שמעתי מחבר של חבר')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(תמונה מטיול של שנה שעברה מוצגת כחדשה)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('99 אחוז מהתלמידים נכשלו במבחן')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איך בונים פייק (כדי לדעת לחשוף אותו)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בדקו נימוק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בדקו נימוק ודוגמה.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שיח מכבד בזמן ויכוח – זיהוי כללי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ככה שומרים על כבוד הדדי גם כשיש חילוקי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האמנה מקשיבים עד הסוף לפני שעונים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שיח מכבד בזמן ויכוח – התאמה בין התנהגות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(התנהגות שאסורה לפי האמנה)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(התנהגות שאסורה לפי האמנה)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שיח מכבד בזמן ויכוח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'אני מבין/ה את הנקודה שלך, אבל אני חושב/ת אחרת כי...'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עובדה: יש מבחן ביום שלישי (אפשר לבדוק). דעה: המבחן קשה מדי (תחושה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שוות, חשאיות ויחסיות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מידע שקרי המוצג כחדשות אמיתיות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ומיזוג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בעזרת בינה מלאכותית אפשר ליצור תמונות וסרטונים מזויפים שנראים אמיתיים מאוד, לכן צריך לבדוק מקור ולא רק להסתמך על הראייה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לאפשר לכולם להביע דעה בלי פחד מלעג, ולהבדיל בין ויכוח על רעיונות לפגיעה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לפחות ארבעה מתוך שישה הצעדים: מקור, תאריך, כותרת מול תוכן, תמונה, רגש, הצלבה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שלושה מתוך: שפתיים, עיניים, ידיים, טקסט ברקע, אור וצל, 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המחבר בין הכלל לבין התנהגות מכבדת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שני שיעורים: שיעור ראשון לפרקים 1-2, שיעור שני לפרקים 3-5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4 (בניית פייק) להדגיש שוב שמדובר בתרגיל כיתתי בלבד שלא יוצא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פרק 1 לשלושה עקרונות בלבד ולהתמקד בפרקי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למצטיינים אפשר להוסיף דיון פתוח בעקבות שאלת השיח מפרק 5 בעבודה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את נושאי האתר: שיטת הבחירות בישראל וכלים לזיהוי פייק ניוז ודיפ-פייק. עברו על הפרקים לפי הסדר, ענו בעצמכם ולאחר מכן בדקו מול מפתח התשובות או עם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שוות  ·  חשאיות  ·  בדקו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איך בוחרים בישראל – מכירים את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חוק יסוד: הכנסת, הבחירות הן כלליות, ארציות, ישירות, שוות, חשאיות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אזוריות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עקיפות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חברי כנסת נבחרים בבחירות הכלליות?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איך בוחרים בישראל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גיל ההצבעה לכנסת הוא 18.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עיקרון הישירות אומר שמצביעים ישירות לרשימה, בלי מתווכים.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איך בוחרים בישראל – התאמת 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המדינה היא אזור בחירה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ארציות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לכל קול יש את אותו המשקל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אזרח בגיל המתאים רשאי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מצביעים ישירות לרשימה, בלי מתווכים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איך בוחרים בישראל – חיזוק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הבחירות לכנסת הן כלליות, ארציות, ישירות, שוות, __________ ויחסיות.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עיקרון ה__________, כל קול שווה במשקלו לכל קול אחר.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שישה צעדים לזיהוי פייק ניוז – היכרות עם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מתי זה קרה - אולי זו ידיעה ישנה שמשותפת מחדש?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האם התמונה באמת מהאירוע המתואר?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כותרת מול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פרסם את הידיעה - יש שם ואתר רשמי?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תמונה מחוץ להקשר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האם הכתבה עצמה אומרת את מה שהכותרת מבטיחה?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שישה צעדים לזיהוי פייק ניוז – יישום על מקרים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הודעה שגורמת לכעס חזק ומבקשת "תעבירו מיד" - זה סימן שכדאי לעצור ולבדוק.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כתוב "שמעתי ש..." בלי שום שם או אתר - אפשר לסמוך על הידיעה.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שישה צעדים לזיהוי פייק ניוז – ניתוח 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שני צעדים נוספים (חוץ מכותרת מול תוכן) הייתם בודקים לפני שמאמינים לכותרת הזו?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דיפ-פייק ותמונות מזויפות – הכרת המושג והסימנים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 שצולמה במצלמה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סרטון או תמונה שנוצרו או שונו בעזרת בינה מלאכותית כך שנראה שמישהו אמר או עשה משהו שלא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כתבה אמיתית מעיתון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הוא סימן אפשרי לדיפ-פייק בפה ובקול?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תנועות השפתיים מתאימות בדיוק למילים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קול טבעי עם נשימות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תנועות הפה לא מתאימות למילים, קול שטוח ורובוטי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דיפ-פייק ותמונות מזויפות – זיהוי סימנים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דיפ-פייק יכול להיות גם הקלטת קול, ולא רק סרטון או 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הסימנים האפשריים לדיפ-פייק הוא צל שנופל לכיוון לא הגיוני ביחס לאור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דיפ-פייק ותמונות מזויפות – הבנה ויישום מעמיק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מגיע סרטון מקומם מחשבון חדש ולא מוכר, הכלל הוא: עצרו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דיפ-פייק ותמונות מזויפות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רשמו שניים מהצעדים שמומלץ לעשות כשנתקלים בחשד לדיפ-פייק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איך בונים פייק (כדי לדעת לחשוף אותו) – היכרות עם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תרגיל 'בנו פייק וחשפו אותו'?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להפיץ ידיעות מצחיקות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להבין איך בונים פייק כדי לדעת לזהות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ציון על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אילו נושאים בונים את הידיעה המזויפת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אנשים אמיתיים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נושאים תמימים מבית הספר כמו טיול או קפיטריה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אירועים מהחדשות האמיתיות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איך בונים פייק (כדי לדעת לחשוף אותו) – זיהוי טכניקות הטעיה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 מפחידה או מקוממת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'99 אחוז מהתלמידים נכשלו במבחן'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 אנונימי או מומצא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'התלמידים בסכנה חמורה!'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תמונה מאירוע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'שמעתי מחבר של חבר'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מספר מוגזם בלי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תמונה מטיול של שנה שעברה מוצגת כחדשה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איך בונים פייק (כדי לדעת לחשוף אותו)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בחירת 2-3 טכניקות הטעיה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כתיבת הכותרת המזויפת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שיח מכבד בזמן ויכוח – זיהוי כללי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אמנת השיח, מדברים על רעיונות ולא על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להפסיק מי שמדבר כדי להגיד מיד את מה שחשוב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שיח מכבד בזמן ויכוח – התאמה בין התנהגות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להקשיב עד הסוף לפני שעונים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התנהגות שאסורה לפי האמנה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לכנות מישהו בכינוי מזלזל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לצעוק כדי לשכנע את הצד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התנהגות שאסורה לפי האמנה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שיח מכבד בזמן ויכוח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מכבד שאפשר להגיד למישהו שחולקים עליו בדעה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תנו דוגמה אחת לעובדה ודוגמה אחת לדעה, על נושא מבית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חוק יסוד: הכנסת, הבחירות הן כלליות, ארציות, ישירות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אזוריות, אישיות וגלויות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חובה, חינם וקבועות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שוות, חשאיות ויחסיות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ההגדרה הנכונה ל'פייק ניוז'?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דעה שלא מסכימים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מידע שקרי המוצג כחדשות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ידיעה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צעדי בדיקה יש בשיטת 'בלשי האמת'?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כתיבה ומיזוג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היום המשפט 'ראיתי במו עיניי' כבר לא מספיק כהוכחה?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חשוב לשמור על שיח מכבד גם כשחולקים על דעה פוליטית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במילים שלכם את שישה צעדי הבלש לבדיקת ידיעה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סימנים שיכולים להעיד על דיפ-פייק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לפני הבחירות: שיטת הבחירות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