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שיטת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ליישם שישה צעדי בדיקה לפני שמאמינים או משתפים 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 דיפ-פייק ותמונות מזויפות ולדעת מה לעשות בעת חשד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לנהל דיון בכיתה בצורה מכבדת תוך הבחנה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איך בוחרים בישראל – מכירים את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איש לא יודע למי הצבעתם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איך בוחרים בישראל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אזרח ישראלי מגיל 18 ומעלה רשאי להצביע.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גוף בוחר מתווך – האזרח מצביע ישירות לרשימה המועמדים.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מספר המושבים נקבע לפי אחוז הקולות שקיבלה כל רשימה.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איך בוחרים בישראל – התאמת 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 אזרח בגיל המתאים רשאי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 המדינה היא אזור בחירה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(מצביעים ישירות לרשימה, בלי מתווכים)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(לכל קול יש את אותו המשקל)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(איש לא יודע למי הצבעתם)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(מספר המושבים נקבע לפי אחוז הקולות)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איך בוחרים בישראל – חיזוק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שישה צעדים לזיהוי פייק ניוז – היכרות עם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 פרסם את הידיעה - יש שם ואתר רשמי?)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(מתי זה קרה - אולי זו ידיעה ישנה שמשותפת מחדש?)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(האם הכתבה עצמה אומרת את מה שהכותרת מבטיחה?)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(האם התמונה באמת מהאירוע המתואר?)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(האם ההודעה מנסה להפחיד או לדחוף לשתף מהר?)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(האם מקורות אמינים נוספים מדווחים אותו דבר?)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שישה צעדים לזיהוי פייק ניוז – יישום על 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כלל הזהב: רגש חזק הוא דגל אדום שצריך לעצור ולבדוק.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מקור מזוהה אי אפשר לדעת אם זה נכון.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מצרפים תמונה מאירוע אחר לגמרי - לכן בודקים.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בדיקת תאריך חושפת ידיעות ישנות שמוצגות כחדשות.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הצלבת מקורות אמינים נוספים חשובה כדי לאמת ידיעה חריגה.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שישה צעדים לזיהוי פייק ניוז – ניתוח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תואמת - הכותרת מציגה כעובדה ודאית משהו שבפנים הכתבה מוצג רק כשיקול שטרם הוכרע.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נציגי המורים שוקלים צעדים - טרם הוחלט.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מקור - האם האתר אמין ויש כתב בשם; הצלבה - האם אתרי חדשות נוספים מדווחים אותו דבר.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דיפ-פייק ותמונות מזויפות – הכרת המושג והסימנים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סרטון או תמונה שנוצרו או שונו בעזרת בינה מלאכותית כך שנראה שמישהו אמר או עשה משהו שלא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תנועות הפה לא מתאימות למילים, קול שטוח ורובוטי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אצבעות מיותרות או ידיים מעוותות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דיפ-פייק ותמונות מזויפות – זיהוי סימנים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נכתב שדיפ-פייק הוא סרטון, תמונה או הקלטת קול שנוצרו בעזרת בינה מלאכותית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אור וצל לא תואמים הם אחד הסימנים שמוזכרים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 – הטכנולוגיה משתפרת והסימנים החזותיים הולכים ונעלמים, לכן הבדיקה החשובה היא מקור ודיווח, לא העין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במפורש באתר כעיקרון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דיפ-פייק ותמונות מזויפות – הבנה ויישום מעמיק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דיפ-פייק ותמונות מזויפות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לא לשתף, לחפש את המקור המקורי בדיווחים מוכרים, לבצע חיפוש תמונה הפוך, לדווח ולספר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אפשר ליצור בקלות ובמהירות תמונות וסרטונים מזויפים שנראים אמיתיים, לכן צריך לבדוק מקור ולא להסתמך רק על מה שרואים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דוגמה סבירה שמתייחסת לאחד הסימנים: שפתיים, עיניים, ידיים, טקסט, אור וצל או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איך בונים פייק (כדי לדעת לחשוף אותו) – היכרות עם התרגיל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להבין איך בונים פייק כדי לדעת לזהות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נושאים תמימים מבית הספר כמו טיול או קפיטריה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איך בונים פייק (כדי לדעת לחשוף אותו) – זיהוי טכניקות הטעיה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('התלמידים בסכנה חמורה!')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('שמעתי מחבר של חבר')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(תמונה מטיול של שנה שעברה מוצגת כחדשה)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('99 אחוז מהתלמידים נכשלו במבחן')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(קריאה דחופה לשתף מיד בלי לבדוק)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('מומחים: הקפיטריה תיסגר השבוע')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איך בונים פייק (כדי לדעת לחשוף אותו)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כותרת + מקור בדוי + שמות טכניקות מהרשימה (למשל כותרת מפחידה ומקור אנונימי)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התייחסות לצעדים כמו בדיקת מקור, תאריך, תמונה מחוץ להקשר או הצלבת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התנסות בטריקים עוזרת להכיר אותם ולזהות אותם מהר יותר 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– בדקו נימוק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אישית – בדקו נימוק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תשובה אישית – בדקו נימוק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תשובה אישית – בדקו נימוק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תשובה אישית – בדקו נימוק ודוגמה.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שיח מכבד בזמן ויכוח – זיהוי כללי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ככה שומרים על כבוד הדדי גם כשיש חילוקי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האמנה מקשיבים עד הסוף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ההבחנה שמופיעה באמנת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האמנה קובעת שמה שנאמר בכיתה נשאר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שיח מכבד בזמן ויכוח – התאמה בין התנהגות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(שפה מכבדת)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(התנהגות שאסורה לפי האמנה)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(עובדה מבוססת)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(התנהגות שאסורה לפי האמנה)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שיח מכבד בזמן ויכוח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'אני מבין/ה את הנקודה שלך, אבל אני חושב/ת אחרת כי...'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עובדה: יש מבחן ביום שלישי (אפשר לבדוק). דעה: המבחן קשה מדי (תחושה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להעיר בנימוס שזה לא לפי האמנה, להציע לחזור לדבר על הרעיון ולא על האדם, ואולי לערב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אנשים מרגישים בטוחים לשתף דעה גם אם היא לא פופולרית, בלי חשש שידברו עליהם מחוץ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שוות, חשאיות ויחסיות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מידע שקרי המוצג כחדשות אמיתיות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הודעה שמעוררת רגש חזק – לעצור ולבדוק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לבדוק מי פרסם ואיפה עוד דווח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תמונה מחוץ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עובדה = עם מקור, דעה = מותר שתהיה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ומיזוג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בעזרת בינה מלאכותית אפשר ליצור תמונות וסרטונים מזויפים שנראים אמיתיים מאוד, לכן צריך לבדוק מקור ולא רק להסתמך על הראייה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כותרת מפחידה שמעוררת רגש, או מקור אנונימי שנשמע אמין בלי שאפשר לבדוק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לאפשר לכולם להביע דעה בלי פחד מלעג, ולהבדיל בין ויכוח על רעיונות לפגיעה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לפחות ארבעה מתוך שישה הצעדים: מקור, תאריך, כותרת מול תוכן, תמונה, רגש, הצלבה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שלושה מתוך: שפתיים, עיניים, ידיים, טקסט ברקע, אור וצל, 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המחבר בין הכלל לבין התנהגות מכבדת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שני שיעורים: שיעור ראשון לפרקים 1-2, שיעור שני לפרקים 3-5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4 (בניית פייק) להדגיש שוב שמדובר בתרגיל כיתתי בלבד שלא יוצא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פרק 1 לשלושה עקרונות בלבד ולהתמקד בפרקי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למצטיינים אפשר להוסיף דיון פתוח בעקבות שאלת השיח מפרק 5 בעבודה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את נושאי האתר: שיטת הבחירות בישראל וכלים לזיהוי פייק ניוז ודיפ-פייק. עברו על הפרקים לפי הסדר, ענו בעצמכם ולאחר מכן בדקו מול מפתח התשובות או עם הכיתה.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איך בוחרים בישראל – מכירים את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חוק יסוד: הכנסת, הבחירות הן כלליות, ארציות, ישירות, שוות, חשאיות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עקיפות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חברי כנסת נבחרים בבחירות הכלליות?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העיקרון חשאיות?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קול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לא יודע למי הצבעתם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מצביעים ישירות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המדינה אזור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איך בוחרים בישראל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 ההצבעה לכנסת הוא 18.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הישירות אומר שמצביעים ישירות לרשימה, בלי מתווכים.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היחסיות אומר שכל מפלגה מקבלת בדיוק אותו מספר מושבים.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איך בוחרים בישראל – התאמת 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מצביעים ישירות לרשימה, בלי מתווכים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ארציות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 לא יודע למי הצבעתם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אזרח בגיל המתאים רשאי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המושבים נקבע לפי 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המדינה היא אזור בחירה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לכל קול יש את אותו המשקל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איך בוחרים בישראל – חיזוק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הבחירות לכנסת הן כלליות, ארציות, ישירות, שוות, __________ ויחסיות.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עיקרון ה__________, כל קול שווה במשקלו לכל קול אחר.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שישה צעדים לזיהוי פייק ניוז – היכרות עם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האם הכתבה עצמה אומרת את מה שהכותרת מבטיחה?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האם מקורות אמינים נוספים מדווחים אותו דבר?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כותרת מול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האם ההודעה מנסה להפחיד או לדחוף לשתף מהר?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מחוץ להקשר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פרסם את הידיעה - יש שם ואתר רשמי?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רגש ובהלה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האם התמונה באמת מהאירוע המתואר?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הצלבה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מתי זה קרה - אולי זו ידיעה ישנה שמשותפת מחדש?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שישה צעדים לזיהוי פייק ניוז – יישום על מקרים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שגורמת לכעס חזק ומבקשת "תעבירו מיד" - זה סימן שכדאי לעצור ולבדוק.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כתוב "שמעתי ש..." בלי שום שם או אתר - אפשר לסמוך על הידיעה.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שמצורפת לכתבה תמיד צולמה באותו מקום ובאותו יום של האירוע המתואר.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שמתפרסמת היום יכולה להיות בעצם אירוע ישן ששותף מחדש בלי תאריך מעודכן.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רק אתר אחד מדווח על ידיעה חריגה ומפתיעה, אין צורך לבדוק מקורות נוספים.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שישה צעדים לזיהוי פייק ניוז – ניתוח 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הכותרת "המורים פותחים בשביתה!" מופיעה, אך בכתבה עצמה כתוב שהנציגים רק שוקלים צעדים וטרם הוחלט דבר. לפי צעד 3, האם הכותרת תואמת את התוכן?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כותרת מדויקת יותר לאותה ידיעה, שתשקף את מה שבאמת כתוב בכתבה.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שני צעדים נוספים (חוץ מכותרת מול תוכן) הייתם בודקים לפני שמאמינים לכותרת הזו?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דיפ-פייק ותמונות מזויפות – הכרת המושג והסימנים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שצולמה במצלמה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 או תמונה שנוצרו או שונו בעזרת בינה מלאכותית כך שנראה שמישהו אמר או עשה משהו שלא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אמיתית מעיתון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עם מילים מצחיקות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הוא סימן אפשרי לדיפ-פייק בפה ובקול?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תנועות השפתיים מתאימות בדיוק למילים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טבעי עם נשימות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תנועות הפה לא מתאימות למילים, קול שטוח ורובוטי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הקול נשמע בדיוק כמו בהקלטה המקורית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עלול לקרות לידיים או לאצבעות בתמונה מזויפת?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נראות תמיד מושלמות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אצבעות מיותרות או ידיים מעוותות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תמיד מוסתרות מאחורי הגב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ידיים לדיפ-פייק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דיפ-פייק ותמונות מזויפות – זיהוי סימנים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דיפ-פייק יכול להיות גם הקלטת קול, ולא רק סרטון או 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הסימנים האפשריים לדיפ-פייק הוא צל שנופל לכיוון לא הגיוני ביחס לאור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שהטכנולוגיה משתפרת, יותר ויותר קל לזהות דיפ-פייק רק לפי העין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הבדיקה החזקה ביותר לזיהוי דיפ-פייק היא בדיקת מי פרסם ואיפה עוד דווח, ולא רק מה רואים בעין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דיפ-פייק ותמונות מזויפות – הבנה ויישום מעמיק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מגיע סרטון מקומם מחשבון חדש ולא מוכר, הכלל הוא: עצרו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אחד הסימנים לחשד הוא כיתוב או שלט ברקע שמטושטש או עם __________ לא הגיוניות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דיפ-פייק ותמונות מזויפות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שניים מהצעדים שמומלץ לעשות כשנתקלים בחשד לדיפ-פייק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היום הביטוי 'ראיתי במו עיניי' כבר לא מספיק כדי להאמין לסרטון או לתמונה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דוגמה מומצאת של סרטון חשוד, וציינו איזה סימן (מבין הסימנים שלמדנו) היה מעורר אצלכם חשד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איך בונים פייק (כדי לדעת לחשוף אותו) – היכרות עם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תרגיל 'בנו פייק וחשפו אותו'?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להפיץ ידיעות מצחיקות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איך בונים פייק כדי לדעת לזהות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ציון על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להוכיח שחדשות תמיד אמינות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אילו נושאים בונים את הידיעה המזויפת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אנשים אמיתיים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נושאים תמימים מבית הספר כמו טיול או קפיטריה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אירועים מהחדשות האמיתיות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אנשי 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תלמידים עובדים יחד על בניית הפייק?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בכיתה שלמה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בקבוצות של 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איך בונים פייק (כדי לדעת לחשוף אותו) – זיהוי טכניקות הטעיה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מפחידה או מקוממת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'99 אחוז מהתלמידים נכשלו במבחן'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אנונימי או מומצא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'מומחים: הקפיטריה תיסגר השבוע'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 מאירוע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קריאה דחופה לשתף מיד בלי לבדוק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מספר מוגזם בלי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'שמעתי מחבר של חבר'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'תעבירו מהר לפני שימחקו'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'התלמידים בסכנה חמורה!'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'מומחים אומרים'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תמונה מטיול של שנה שעברה מוצגת כחדשה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איך בונים פייק (כדי לדעת לחשוף אותו)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תמים מבית הספר, כתבו כותרת מזויפת ו'מקור' מומצא, וציינו אילו 2-3 טכניקות הטעיה השתמשתם בהן.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שזוג אחר קיבל את הפייק שיצרתם. אילו סימנים מתוך צעדי הבלש היו עוזרים להם לחשוף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במשפט-שניים למה תרגול בניית פייק עוזר ללמוד לזהות פייק אמיתי.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בחירת נושא תמים מבית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בחירת 2-3 טכניקות הטעיה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כתיבת הכותרת המזויפת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יצירת 'מקור' מומצא לידיעה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החלפת הפוסט עם זוג אחר כדי לחשוף את הטכניקות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שיח מכבד בזמן ויכוח – זיהוי כללי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אמנת השיח, מדברים על רעיונות ולא על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להפסיק מי שמדבר כדי להגיד מיד את מה שחשוב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היא מידע שאפשר לבדוק עם מקור, ודעה מותר שתהיה שונה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שנאמר בכיתה בזמן דיון אפשר לספר אחר כך לכל מי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שיח מכבד בזמן ויכוח – התאמה בין התנהגות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להקשיב עד הסוף לפני שעונים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עובדה מבוססת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להגיד 'אני חושב/ת ש...' במקום 'אתה טועה'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לכנות מישהו בכינוי מזלזל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שפה מכבדת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להביא מקור לטענה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התנהגות שאסורה לפי האמנה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לצעוק כדי לשכנע את הצד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התנהגות שאסורה לפי האמנה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שיח מכבד בזמן ויכוח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מכבד שאפשר להגיד למישהו שחולקים עליו בדעה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לעובדה ודוגמה אחת לדעה, על נושא מבית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בדיון כיתתי מישהו מכנה חבר בכינוי מזלזל. איך הייתם מגיבים לפי כללי האמנה?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למה הכלל 'מה שנאמר בכיתה נשאר בכיתה' עוזר לשיח פתוח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חוק יסוד: הכנסת, הבחירות הן כלליות, ארציות, ישירות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אזוריות, אישיות וגלויות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חובה, חינם וקבועות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שוות, חשאיות ויחסיות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פתוחות, מהירות ודיגיטליות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ההגדרה הנכונה ל'פייק ניוז'?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דעה שלא מסכימים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 שקרי המוצג כחדשות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ידיעה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סרטון ישן שמשותף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צעדי בדיקה יש בשיטת 'בלשי האמת'?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'כלל הזהב' של הבלש?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רק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הודעה שמעוררת רגש חזק – לעצור ולבדוק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לשתף מיד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להאמין למקור האנונימי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הבדיקה החזקה ביותר נגד חשד לדיפ-פייק?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להסתכל טוב על העיניים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מי פרסם ואיפה עוד דווח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להגביר את עוצמת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את גודל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שימוש בתמונה מאירוע אחר כדי להטעות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הצלבת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מחוץ להקשר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 מכבד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 הפוך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מהו העיקרון שמבדיל עובדה מדעה באמנת השיח המכבד?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= עם מקור, דעה = מותר שתהיה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= דעה של רוב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 תמיד נכונה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ומיזוג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היום המשפט 'ראיתי במו עיניי' כבר לא מספיק כהוכחה?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שתי טכניקות הטעיה שאפשר להשתמש בהן כדי לבנות ידיעה מזויפת, והסבירו למה הן משכנעות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לשמור על שיח מכבד גם כשחולקים על דעה פוליטית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את שישה צעדי הבלש לבדיקת ידיעה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סימנים שיכולים להעיד על דיפ-פייק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אחד מאמנת השיח שחשוב לכם במיוחד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לפני הבחירות: שיטת הבחירות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